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Zápis o kontrole před zakrytím</w:t>
      </w:r>
    </w:p>
    <w:p>
      <w:r>
        <w:rPr>
          <w:color w:val="6B635C"/>
          <w:sz w:val="18"/>
        </w:rPr>
        <w:t>Vzor stavbadenik.cz · ke stažení zdarma · souhlas se zakrýváním prací podle přílohy č. 12 vyhlášky č. 131/2024 Sb.</w:t>
      </w:r>
    </w:p>
    <w:p>
      <w:r>
        <w:rPr>
          <w:b/>
          <w:color w:val="B8461F"/>
          <w:sz w:val="24"/>
        </w:rPr>
        <w:t>Kontrolovaná konstrukce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Konstrukce / práce (výztuž, izolace, rozvody, základová spára)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(podlaží, úsek, osy)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Podklad (výkres, revize, statický výpočet)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Výzva ke kontrole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Pozván(i)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čas výzvy, způsob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kontroly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Přítomní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Jméno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Funkce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Firma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b/>
          <w:color w:val="B8461F"/>
          <w:sz w:val="24"/>
        </w:rPr>
        <w:t>Zjištění, měření, zkoušky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Fotodokumentace (počet fotek, označení)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Protokoly zkoušek (č.)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Závěr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Souhlas se zakrytím (ano / ano s podmínkou / ne)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Podmínka / výhrada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Stavbyvedoucí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Statik / autorský dozor</w:t>
            </w:r>
          </w:p>
        </w:tc>
      </w:tr>
    </w:tbl>
    <w:p/>
    <w:p>
      <w:r>
        <w:rPr>
          <w:color w:val="6B635C"/>
          <w:sz w:val="16"/>
        </w:rPr>
        <w:t>Vzor zdarma ze stavbadenik.cz/vzory/kontrola-pred-zakrytim.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