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Stavební deník</w:t>
      </w:r>
    </w:p>
    <w:p>
      <w:r>
        <w:rPr>
          <w:color w:val="6B635C"/>
          <w:sz w:val="18"/>
        </w:rPr>
        <w:t>Vzor stavbadenik.cz · ke stažení zdarma · obsah podle přílohy č. 12 vyhlášky č. 131/2024 Sb.</w:t>
      </w:r>
    </w:p>
    <w:p>
      <w:r>
        <w:rPr>
          <w:b/>
          <w:color w:val="B8461F"/>
          <w:sz w:val="24"/>
        </w:rPr>
        <w:t>A. Identifikační údaje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Název stavby (podle povolení)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Povolení: datum vydání, číslo jednací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stavby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(zhotovitelé částí stavby)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Stavebník (investor)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Projektant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Poddodavatelé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Stavbyvedoucí (rozsah oprávnění a odpovědnosti)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Technický dozor stavebníka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Autorský dozor / dozor projektanta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Koordinátor BOZP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Projektová a technická dokumentace, její změny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Dokumenty a doklady ke stavbě (smlouvy, povolení, protokoly)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Oprávněné osoby (§ 166 odst. 2 stavebního zákona)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Jméno a příjmení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Funkce / role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Oprávnění (razítko)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Od – do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Podpis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B8461F"/>
          <w:sz w:val="24"/>
        </w:rPr>
        <w:t>B.1 Denní záznam č. ____   ze dne ____________   strana č. ____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Počasí a teploty (ráno / poledne / večer)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 staveniště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Jméno a příjmení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Profese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Firma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Od–do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Popis a množství provedených prací a montáží, časový postup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Dodávka (materiál, výrobek, stroj)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Množství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Dodací list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Uskladnění / zabudování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Nasazená mechanizace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Opatření proti prašnosti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Opatření k zajištění přístupnosti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B.2 Další záznamy (předání staveniště, přerušení prací, BOZP, zkoušky, souhlas se zakrytím, změny, vícepráce, přejímky, škody, kontrolní prohlídky…)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B8461F"/>
          <w:sz w:val="24"/>
        </w:rPr>
        <w:t>Vyjádření oprávněných osob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Stavbyvedoucí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 stavebníka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Další oprávněná osoba</w:t>
            </w:r>
          </w:p>
        </w:tc>
      </w:tr>
    </w:tbl>
    <w:p/>
    <w:p>
      <w:pPr>
        <w:spacing w:after="120"/>
      </w:pPr>
      <w:r>
        <w:t>Zápis proveďte tentýž den, nejpozději následující den, ve kterém se na stavbě pracuje. Stránky číslujte, nevynechávejte volná místa, neškrtejte nečitelně — opravu proveďte novým zápisem.</w:t>
      </w:r>
    </w:p>
    <w:p>
      <w:r>
        <w:rPr>
          <w:color w:val="6B635C"/>
          <w:sz w:val="16"/>
        </w:rPr>
        <w:t>Vzor zdarma ze stavbadenik.cz/vzory/stavebni-denik.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